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7D75C" w14:textId="77777777" w:rsidR="009A111C" w:rsidRDefault="00000000">
      <w:pPr>
        <w:pStyle w:val="berschrift1"/>
      </w:pPr>
      <w:r>
        <w:t>PRESSEMITTEILUNG</w:t>
      </w:r>
    </w:p>
    <w:p w14:paraId="44AD8BE9" w14:textId="77777777" w:rsidR="009A111C" w:rsidRDefault="00000000">
      <w:r>
        <w:rPr>
          <w:b/>
        </w:rPr>
        <w:t>Stadtverwaltung Frohburg | 14. Oktober 2026</w:t>
      </w:r>
    </w:p>
    <w:p w14:paraId="50DD38EC" w14:textId="77777777" w:rsidR="009A111C" w:rsidRDefault="00000000">
      <w:pPr>
        <w:pStyle w:val="berschrift2"/>
      </w:pPr>
      <w:r>
        <w:t>Jugendparty Frohburg: Von Jugendlichen gewünscht, für Jugendliche gemacht</w:t>
      </w:r>
    </w:p>
    <w:p w14:paraId="51DD86F5" w14:textId="77777777" w:rsidR="009A111C" w:rsidRDefault="00000000">
      <w:r>
        <w:rPr>
          <w:b/>
        </w:rPr>
        <w:t>Erste Jugendparty am 7. November in der Sporthalle Frohburg – für Jugendliche ab der 5. Klasse bis einschließlich 16 Jahre</w:t>
      </w:r>
    </w:p>
    <w:p w14:paraId="3A8F3AF3" w14:textId="77777777" w:rsidR="009A111C" w:rsidRDefault="00000000">
      <w:r>
        <w:rPr>
          <w:b/>
        </w:rPr>
        <w:t>Frohburg.</w:t>
      </w:r>
      <w:r>
        <w:t xml:space="preserve"> Musik, Tanzen, Freunde treffen und gemeinsam einen besonderen Abend erleben: Am Samstag, 7. November 2026, findet erstmals die Jugendparty Frohburg statt. Von 17:00 bis 21:00 Uhr erwartet Jugendliche ab der 5. Klasse bis einschließlich 16 Jahre in der Sporthalle Frohburg ein abwechslungsreicher Abend mit Musik, Fotobox, Kreativangeboten und mehr.</w:t>
      </w:r>
    </w:p>
    <w:p w14:paraId="23D53CDE" w14:textId="77777777" w:rsidR="009A111C" w:rsidRDefault="00000000">
      <w:r>
        <w:t>Die Idee für die Jugendparty kommt direkt von den jungen Menschen aus Frohburg. Im Rahmen der Jugendbeteiligung wurde wiederholt der Wunsch nach Veranstaltungen geäußert, bei denen Jugendliche gemeinsam feiern, Freunde treffen und eine gute Zeit verbringen können. Gerade für die Altersgruppe von etwa 11 bis 16 Jahren gibt es in Frohburg und der näheren Umgebung bislang nur wenige passende Angebote.</w:t>
      </w:r>
    </w:p>
    <w:p w14:paraId="468CDA27" w14:textId="77777777" w:rsidR="009A111C" w:rsidRDefault="00000000">
      <w:r>
        <w:t>Als Stadtverwaltung Frohburg greifen wir diesen Wunsch gemeinsam mit dem JUF e. V., der Jugendbeteiligung Frohburg und dem Offenen Freizeittreff (OFT) Frohburg auf. So ist eine Veranstaltung entstanden, die sich gezielt an den Interessen der Jugendlichen orientiert. Gefördert wird das Beteiligungsprojekt mit finanziellen Mitteln aus den Aktionsfonds der „Partnerschaft für Demokratie“ Landkreis Leipzig.</w:t>
      </w:r>
    </w:p>
    <w:p w14:paraId="2499EB47" w14:textId="77777777" w:rsidR="009A111C" w:rsidRDefault="00000000">
      <w:r>
        <w:t>Für die passende Partystimmung sorgt DJ APK. An einer Fotobox können die jungen Gäste Erinnerungsfotos machen und an einer Kreativstation beispielsweise eigene Buttons gestalten. Für Snacks, Getränke und alkoholfreie Cocktails zu Schülerpreisen ist ebenfalls gesorgt.</w:t>
      </w:r>
    </w:p>
    <w:p w14:paraId="3FE3C5DB" w14:textId="77777777" w:rsidR="009A111C" w:rsidRDefault="00000000">
      <w:r>
        <w:t>Der Eintritt kostet 5 Euro. Im Ticketpreis ist bereits ein LED-Leuchtstab enthalten. Mit dem Teilnahmebeitrag wird ein Teil der Veranstaltungskosten gedeckt.</w:t>
      </w:r>
    </w:p>
    <w:p w14:paraId="202A2BD7" w14:textId="77777777" w:rsidR="009A111C" w:rsidRDefault="00000000">
      <w:r>
        <w:t>Die Jugendparty findet ohne Begleitpersonen statt. Während der gesamten Veranstaltung gelten Rauch- und Alkoholverbot. Für den Einlass ist ein Altersnachweis erforderlich.</w:t>
      </w:r>
    </w:p>
    <w:p w14:paraId="0CE0A350" w14:textId="77777777" w:rsidR="009A111C" w:rsidRDefault="00000000">
      <w:r>
        <w:t xml:space="preserve">Tickets sind online, im Jugendbegegnungs-Laden Frohburg, im OFT Frohburg sowie in der Oberschule Frohburg erhältlich. Weitere Informationen und Online-Tickets gibt es unter </w:t>
      </w:r>
      <w:hyperlink r:id="rId6">
        <w:r>
          <w:rPr>
            <w:color w:val="0563C1"/>
            <w:u w:val="single"/>
          </w:rPr>
          <w:t>www.frohburg.de/jug</w:t>
        </w:r>
        <w:r>
          <w:rPr>
            <w:color w:val="0563C1"/>
            <w:u w:val="single"/>
          </w:rPr>
          <w:t>e</w:t>
        </w:r>
        <w:r>
          <w:rPr>
            <w:color w:val="0563C1"/>
            <w:u w:val="single"/>
          </w:rPr>
          <w:t>ndparty</w:t>
        </w:r>
      </w:hyperlink>
      <w:r>
        <w:t>.</w:t>
      </w:r>
    </w:p>
    <w:p w14:paraId="1B27E3B0" w14:textId="77777777" w:rsidR="009A111C" w:rsidRDefault="009A111C">
      <w:pPr>
        <w:pBdr>
          <w:bottom w:val="single" w:sz="6" w:space="1" w:color="auto"/>
        </w:pBdr>
      </w:pPr>
    </w:p>
    <w:p w14:paraId="1968DD60" w14:textId="77777777" w:rsidR="004405E8" w:rsidRDefault="00000000" w:rsidP="004405E8">
      <w:pPr>
        <w:spacing w:after="0"/>
      </w:pPr>
      <w:r>
        <w:rPr>
          <w:b/>
        </w:rPr>
        <w:t>Pressekontakt</w:t>
      </w:r>
      <w:r>
        <w:br/>
        <w:t>Christin Busch</w:t>
      </w:r>
    </w:p>
    <w:p w14:paraId="64568FE2" w14:textId="5DC68F16" w:rsidR="009A111C" w:rsidRDefault="004405E8" w:rsidP="004405E8">
      <w:pPr>
        <w:spacing w:after="0"/>
      </w:pPr>
      <w:r>
        <w:t>E-Mail: c.busch@frohburg.de</w:t>
      </w:r>
      <w:r w:rsidR="00000000">
        <w:br/>
        <w:t>Öffentlichkeitsarbeit | Stadtverwaltung Frohburg</w:t>
      </w:r>
    </w:p>
    <w:p w14:paraId="05C31172" w14:textId="77777777" w:rsidR="004405E8" w:rsidRDefault="004405E8"/>
    <w:sectPr w:rsidR="004405E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730961690">
    <w:abstractNumId w:val="8"/>
  </w:num>
  <w:num w:numId="2" w16cid:durableId="733889861">
    <w:abstractNumId w:val="6"/>
  </w:num>
  <w:num w:numId="3" w16cid:durableId="1015300673">
    <w:abstractNumId w:val="5"/>
  </w:num>
  <w:num w:numId="4" w16cid:durableId="2030792088">
    <w:abstractNumId w:val="4"/>
  </w:num>
  <w:num w:numId="5" w16cid:durableId="159935027">
    <w:abstractNumId w:val="7"/>
  </w:num>
  <w:num w:numId="6" w16cid:durableId="2065374234">
    <w:abstractNumId w:val="3"/>
  </w:num>
  <w:num w:numId="7" w16cid:durableId="1906187093">
    <w:abstractNumId w:val="2"/>
  </w:num>
  <w:num w:numId="8" w16cid:durableId="134184899">
    <w:abstractNumId w:val="1"/>
  </w:num>
  <w:num w:numId="9" w16cid:durableId="2002345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405E8"/>
    <w:rsid w:val="005A337A"/>
    <w:rsid w:val="009A111C"/>
    <w:rsid w:val="009E3D60"/>
    <w:rsid w:val="00AA1D8D"/>
    <w:rsid w:val="00AB64DB"/>
    <w:rsid w:val="00B47730"/>
    <w:rsid w:val="00BC62C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219E78"/>
  <w14:defaultImageDpi w14:val="300"/>
  <w15:docId w15:val="{21CC0492-E146-4AB7-B29F-59B306D46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64DB"/>
  </w:style>
  <w:style w:type="paragraph" w:styleId="berschrift1">
    <w:name w:val="heading 1"/>
    <w:basedOn w:val="Standard"/>
    <w:next w:val="Standard"/>
    <w:link w:val="berschrift1Zchn"/>
    <w:uiPriority w:val="9"/>
    <w:qFormat/>
    <w:rsid w:val="00AB64D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berschrift2">
    <w:name w:val="heading 2"/>
    <w:basedOn w:val="Standard"/>
    <w:next w:val="Standard"/>
    <w:link w:val="berschrift2Zchn"/>
    <w:uiPriority w:val="9"/>
    <w:unhideWhenUsed/>
    <w:qFormat/>
    <w:rsid w:val="00AB64D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berschrift3">
    <w:name w:val="heading 3"/>
    <w:basedOn w:val="Standard"/>
    <w:next w:val="Standard"/>
    <w:link w:val="berschrift3Zchn"/>
    <w:uiPriority w:val="9"/>
    <w:unhideWhenUsed/>
    <w:qFormat/>
    <w:rsid w:val="00AB64D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berschrift4">
    <w:name w:val="heading 4"/>
    <w:basedOn w:val="Standard"/>
    <w:next w:val="Standard"/>
    <w:link w:val="berschrift4Zchn"/>
    <w:uiPriority w:val="9"/>
    <w:semiHidden/>
    <w:unhideWhenUsed/>
    <w:qFormat/>
    <w:rsid w:val="00AB64DB"/>
    <w:pPr>
      <w:keepNext/>
      <w:keepLines/>
      <w:spacing w:before="40" w:after="0"/>
      <w:outlineLvl w:val="3"/>
    </w:pPr>
    <w:rPr>
      <w:i/>
      <w:iCs/>
    </w:rPr>
  </w:style>
  <w:style w:type="paragraph" w:styleId="berschrift5">
    <w:name w:val="heading 5"/>
    <w:basedOn w:val="Standard"/>
    <w:next w:val="Standard"/>
    <w:link w:val="berschrift5Zchn"/>
    <w:uiPriority w:val="9"/>
    <w:semiHidden/>
    <w:unhideWhenUsed/>
    <w:qFormat/>
    <w:rsid w:val="00AB64DB"/>
    <w:pPr>
      <w:keepNext/>
      <w:keepLines/>
      <w:spacing w:before="40" w:after="0"/>
      <w:outlineLvl w:val="4"/>
    </w:pPr>
    <w:rPr>
      <w:color w:val="404040" w:themeColor="text1" w:themeTint="BF"/>
    </w:rPr>
  </w:style>
  <w:style w:type="paragraph" w:styleId="berschrift6">
    <w:name w:val="heading 6"/>
    <w:basedOn w:val="Standard"/>
    <w:next w:val="Standard"/>
    <w:link w:val="berschrift6Zchn"/>
    <w:uiPriority w:val="9"/>
    <w:semiHidden/>
    <w:unhideWhenUsed/>
    <w:qFormat/>
    <w:rsid w:val="00AB64DB"/>
    <w:pPr>
      <w:keepNext/>
      <w:keepLines/>
      <w:spacing w:before="40" w:after="0"/>
      <w:outlineLvl w:val="5"/>
    </w:pPr>
  </w:style>
  <w:style w:type="paragraph" w:styleId="berschrift7">
    <w:name w:val="heading 7"/>
    <w:basedOn w:val="Standard"/>
    <w:next w:val="Standard"/>
    <w:link w:val="berschrift7Zchn"/>
    <w:uiPriority w:val="9"/>
    <w:semiHidden/>
    <w:unhideWhenUsed/>
    <w:qFormat/>
    <w:rsid w:val="00AB64DB"/>
    <w:pPr>
      <w:keepNext/>
      <w:keepLines/>
      <w:spacing w:before="40" w:after="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AB64DB"/>
    <w:pPr>
      <w:keepNext/>
      <w:keepLines/>
      <w:spacing w:before="40" w:after="0"/>
      <w:outlineLvl w:val="7"/>
    </w:pPr>
    <w:rPr>
      <w:color w:val="262626" w:themeColor="text1" w:themeTint="D9"/>
      <w:sz w:val="21"/>
      <w:szCs w:val="21"/>
    </w:rPr>
  </w:style>
  <w:style w:type="paragraph" w:styleId="berschrift9">
    <w:name w:val="heading 9"/>
    <w:basedOn w:val="Standard"/>
    <w:next w:val="Standard"/>
    <w:link w:val="berschrift9Zchn"/>
    <w:uiPriority w:val="9"/>
    <w:semiHidden/>
    <w:unhideWhenUsed/>
    <w:qFormat/>
    <w:rsid w:val="00AB64D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AB64DB"/>
    <w:pPr>
      <w:spacing w:after="0" w:line="240" w:lineRule="auto"/>
    </w:pPr>
  </w:style>
  <w:style w:type="character" w:customStyle="1" w:styleId="berschrift1Zchn">
    <w:name w:val="Überschrift 1 Zchn"/>
    <w:basedOn w:val="Absatz-Standardschriftart"/>
    <w:link w:val="berschrift1"/>
    <w:uiPriority w:val="9"/>
    <w:rsid w:val="00AB64DB"/>
    <w:rPr>
      <w:rFonts w:asciiTheme="majorHAnsi" w:eastAsiaTheme="majorEastAsia" w:hAnsiTheme="majorHAnsi" w:cstheme="majorBidi"/>
      <w:color w:val="262626" w:themeColor="text1" w:themeTint="D9"/>
      <w:sz w:val="32"/>
      <w:szCs w:val="32"/>
    </w:rPr>
  </w:style>
  <w:style w:type="character" w:customStyle="1" w:styleId="berschrift2Zchn">
    <w:name w:val="Überschrift 2 Zchn"/>
    <w:basedOn w:val="Absatz-Standardschriftart"/>
    <w:link w:val="berschrift2"/>
    <w:uiPriority w:val="9"/>
    <w:rsid w:val="00AB64DB"/>
    <w:rPr>
      <w:rFonts w:asciiTheme="majorHAnsi" w:eastAsiaTheme="majorEastAsia" w:hAnsiTheme="majorHAnsi" w:cstheme="majorBidi"/>
      <w:color w:val="262626" w:themeColor="text1" w:themeTint="D9"/>
      <w:sz w:val="28"/>
      <w:szCs w:val="28"/>
    </w:rPr>
  </w:style>
  <w:style w:type="character" w:customStyle="1" w:styleId="berschrift3Zchn">
    <w:name w:val="Überschrift 3 Zchn"/>
    <w:basedOn w:val="Absatz-Standardschriftart"/>
    <w:link w:val="berschrift3"/>
    <w:uiPriority w:val="9"/>
    <w:rsid w:val="00AB64DB"/>
    <w:rPr>
      <w:rFonts w:asciiTheme="majorHAnsi" w:eastAsiaTheme="majorEastAsia" w:hAnsiTheme="majorHAnsi" w:cstheme="majorBidi"/>
      <w:color w:val="0D0D0D" w:themeColor="text1" w:themeTint="F2"/>
      <w:sz w:val="24"/>
      <w:szCs w:val="24"/>
    </w:rPr>
  </w:style>
  <w:style w:type="paragraph" w:styleId="Titel">
    <w:name w:val="Title"/>
    <w:basedOn w:val="Standard"/>
    <w:next w:val="Standard"/>
    <w:link w:val="TitelZchn"/>
    <w:uiPriority w:val="10"/>
    <w:qFormat/>
    <w:rsid w:val="00AB64DB"/>
    <w:pPr>
      <w:spacing w:after="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sid w:val="00AB64DB"/>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AB64DB"/>
    <w:pPr>
      <w:numPr>
        <w:ilvl w:val="1"/>
      </w:numPr>
    </w:pPr>
    <w:rPr>
      <w:color w:val="5A5A5A" w:themeColor="text1" w:themeTint="A5"/>
      <w:spacing w:val="15"/>
    </w:rPr>
  </w:style>
  <w:style w:type="character" w:customStyle="1" w:styleId="UntertitelZchn">
    <w:name w:val="Untertitel Zchn"/>
    <w:basedOn w:val="Absatz-Standardschriftart"/>
    <w:link w:val="Untertitel"/>
    <w:uiPriority w:val="11"/>
    <w:rsid w:val="00AB64DB"/>
    <w:rPr>
      <w:color w:val="5A5A5A" w:themeColor="text1" w:themeTint="A5"/>
      <w:spacing w:val="15"/>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AB64DB"/>
    <w:pPr>
      <w:spacing w:before="200"/>
      <w:ind w:left="864" w:right="864"/>
    </w:pPr>
    <w:rPr>
      <w:i/>
      <w:iCs/>
      <w:color w:val="404040" w:themeColor="text1" w:themeTint="BF"/>
    </w:rPr>
  </w:style>
  <w:style w:type="character" w:customStyle="1" w:styleId="ZitatZchn">
    <w:name w:val="Zitat Zchn"/>
    <w:basedOn w:val="Absatz-Standardschriftart"/>
    <w:link w:val="Zitat"/>
    <w:uiPriority w:val="29"/>
    <w:rsid w:val="00AB64DB"/>
    <w:rPr>
      <w:i/>
      <w:iCs/>
      <w:color w:val="404040" w:themeColor="text1" w:themeTint="BF"/>
    </w:rPr>
  </w:style>
  <w:style w:type="character" w:customStyle="1" w:styleId="berschrift4Zchn">
    <w:name w:val="Überschrift 4 Zchn"/>
    <w:basedOn w:val="Absatz-Standardschriftart"/>
    <w:link w:val="berschrift4"/>
    <w:uiPriority w:val="9"/>
    <w:semiHidden/>
    <w:rsid w:val="00AB64DB"/>
    <w:rPr>
      <w:i/>
      <w:iCs/>
    </w:rPr>
  </w:style>
  <w:style w:type="character" w:customStyle="1" w:styleId="berschrift5Zchn">
    <w:name w:val="Überschrift 5 Zchn"/>
    <w:basedOn w:val="Absatz-Standardschriftart"/>
    <w:link w:val="berschrift5"/>
    <w:uiPriority w:val="9"/>
    <w:semiHidden/>
    <w:rsid w:val="00AB64DB"/>
    <w:rPr>
      <w:color w:val="404040" w:themeColor="text1" w:themeTint="BF"/>
    </w:rPr>
  </w:style>
  <w:style w:type="character" w:customStyle="1" w:styleId="berschrift6Zchn">
    <w:name w:val="Überschrift 6 Zchn"/>
    <w:basedOn w:val="Absatz-Standardschriftart"/>
    <w:link w:val="berschrift6"/>
    <w:uiPriority w:val="9"/>
    <w:semiHidden/>
    <w:rsid w:val="00AB64DB"/>
  </w:style>
  <w:style w:type="character" w:customStyle="1" w:styleId="berschrift7Zchn">
    <w:name w:val="Überschrift 7 Zchn"/>
    <w:basedOn w:val="Absatz-Standardschriftart"/>
    <w:link w:val="berschrift7"/>
    <w:uiPriority w:val="9"/>
    <w:semiHidden/>
    <w:rsid w:val="00AB64DB"/>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AB64DB"/>
    <w:rPr>
      <w:color w:val="262626" w:themeColor="text1" w:themeTint="D9"/>
      <w:sz w:val="21"/>
      <w:szCs w:val="21"/>
    </w:rPr>
  </w:style>
  <w:style w:type="character" w:customStyle="1" w:styleId="berschrift9Zchn">
    <w:name w:val="Überschrift 9 Zchn"/>
    <w:basedOn w:val="Absatz-Standardschriftart"/>
    <w:link w:val="berschrift9"/>
    <w:uiPriority w:val="9"/>
    <w:semiHidden/>
    <w:rsid w:val="00AB64DB"/>
    <w:rPr>
      <w:rFonts w:asciiTheme="majorHAnsi" w:eastAsiaTheme="majorEastAsia" w:hAnsiTheme="majorHAnsi" w:cstheme="majorBidi"/>
      <w:i/>
      <w:iCs/>
      <w:color w:val="262626" w:themeColor="text1" w:themeTint="D9"/>
      <w:sz w:val="21"/>
      <w:szCs w:val="21"/>
    </w:rPr>
  </w:style>
  <w:style w:type="paragraph" w:styleId="Beschriftung">
    <w:name w:val="caption"/>
    <w:basedOn w:val="Standard"/>
    <w:next w:val="Standard"/>
    <w:uiPriority w:val="35"/>
    <w:semiHidden/>
    <w:unhideWhenUsed/>
    <w:qFormat/>
    <w:rsid w:val="00AB64DB"/>
    <w:pPr>
      <w:spacing w:after="200" w:line="240" w:lineRule="auto"/>
    </w:pPr>
    <w:rPr>
      <w:i/>
      <w:iCs/>
      <w:color w:val="1F497D" w:themeColor="text2"/>
      <w:sz w:val="18"/>
      <w:szCs w:val="18"/>
    </w:rPr>
  </w:style>
  <w:style w:type="character" w:styleId="Fett">
    <w:name w:val="Strong"/>
    <w:basedOn w:val="Absatz-Standardschriftart"/>
    <w:uiPriority w:val="22"/>
    <w:qFormat/>
    <w:rsid w:val="00AB64DB"/>
    <w:rPr>
      <w:b/>
      <w:bCs/>
      <w:color w:val="auto"/>
    </w:rPr>
  </w:style>
  <w:style w:type="character" w:styleId="Hervorhebung">
    <w:name w:val="Emphasis"/>
    <w:basedOn w:val="Absatz-Standardschriftart"/>
    <w:uiPriority w:val="20"/>
    <w:qFormat/>
    <w:rsid w:val="00AB64DB"/>
    <w:rPr>
      <w:i/>
      <w:iCs/>
      <w:color w:val="auto"/>
    </w:rPr>
  </w:style>
  <w:style w:type="paragraph" w:styleId="IntensivesZitat">
    <w:name w:val="Intense Quote"/>
    <w:basedOn w:val="Standard"/>
    <w:next w:val="Standard"/>
    <w:link w:val="IntensivesZitatZchn"/>
    <w:uiPriority w:val="30"/>
    <w:qFormat/>
    <w:rsid w:val="00AB64D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ivesZitatZchn">
    <w:name w:val="Intensives Zitat Zchn"/>
    <w:basedOn w:val="Absatz-Standardschriftart"/>
    <w:link w:val="IntensivesZitat"/>
    <w:uiPriority w:val="30"/>
    <w:rsid w:val="00AB64DB"/>
    <w:rPr>
      <w:i/>
      <w:iCs/>
      <w:color w:val="404040" w:themeColor="text1" w:themeTint="BF"/>
    </w:rPr>
  </w:style>
  <w:style w:type="character" w:styleId="SchwacheHervorhebung">
    <w:name w:val="Subtle Emphasis"/>
    <w:basedOn w:val="Absatz-Standardschriftart"/>
    <w:uiPriority w:val="19"/>
    <w:qFormat/>
    <w:rsid w:val="00AB64DB"/>
    <w:rPr>
      <w:i/>
      <w:iCs/>
      <w:color w:val="404040" w:themeColor="text1" w:themeTint="BF"/>
    </w:rPr>
  </w:style>
  <w:style w:type="character" w:styleId="IntensiveHervorhebung">
    <w:name w:val="Intense Emphasis"/>
    <w:basedOn w:val="Absatz-Standardschriftart"/>
    <w:uiPriority w:val="21"/>
    <w:qFormat/>
    <w:rsid w:val="00AB64DB"/>
    <w:rPr>
      <w:b/>
      <w:bCs/>
      <w:i/>
      <w:iCs/>
      <w:color w:val="auto"/>
    </w:rPr>
  </w:style>
  <w:style w:type="character" w:styleId="SchwacherVerweis">
    <w:name w:val="Subtle Reference"/>
    <w:basedOn w:val="Absatz-Standardschriftart"/>
    <w:uiPriority w:val="31"/>
    <w:qFormat/>
    <w:rsid w:val="00AB64DB"/>
    <w:rPr>
      <w:smallCaps/>
      <w:color w:val="404040" w:themeColor="text1" w:themeTint="BF"/>
    </w:rPr>
  </w:style>
  <w:style w:type="character" w:styleId="IntensiverVerweis">
    <w:name w:val="Intense Reference"/>
    <w:basedOn w:val="Absatz-Standardschriftart"/>
    <w:uiPriority w:val="32"/>
    <w:qFormat/>
    <w:rsid w:val="00AB64DB"/>
    <w:rPr>
      <w:b/>
      <w:bCs/>
      <w:smallCaps/>
      <w:color w:val="404040" w:themeColor="text1" w:themeTint="BF"/>
      <w:spacing w:val="5"/>
    </w:rPr>
  </w:style>
  <w:style w:type="character" w:styleId="Buchtitel">
    <w:name w:val="Book Title"/>
    <w:basedOn w:val="Absatz-Standardschriftart"/>
    <w:uiPriority w:val="33"/>
    <w:qFormat/>
    <w:rsid w:val="00AB64DB"/>
    <w:rPr>
      <w:b/>
      <w:bCs/>
      <w:i/>
      <w:iCs/>
      <w:spacing w:val="5"/>
    </w:rPr>
  </w:style>
  <w:style w:type="paragraph" w:styleId="Inhaltsverzeichnisberschrift">
    <w:name w:val="TOC Heading"/>
    <w:basedOn w:val="berschrift1"/>
    <w:next w:val="Standard"/>
    <w:uiPriority w:val="39"/>
    <w:semiHidden/>
    <w:unhideWhenUsed/>
    <w:qFormat/>
    <w:rsid w:val="00AB64DB"/>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rohburg.de/jugendpart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Busch, Christin</cp:lastModifiedBy>
  <cp:revision>3</cp:revision>
  <dcterms:created xsi:type="dcterms:W3CDTF">2013-12-23T23:15:00Z</dcterms:created>
  <dcterms:modified xsi:type="dcterms:W3CDTF">2026-10-14T08:49:00Z</dcterms:modified>
  <cp:category/>
</cp:coreProperties>
</file>